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עץ בחורף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"עץ בחורף"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לא כל צמיחה נראית מבחוץ; גם בתקופת "חורף" משהו בנו מתחזק.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כעץ שנגמר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בשורשים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גם כשלא רואים, משהו יכול לצמוח בפנים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בלי כיסוי, בלי עלים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החלק של העץ שנמצא באדמה ושותה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מדברים בשקט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🌳 עץ בחורף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עץ בחורף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העץ הוריד את העלים.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הוא עומד בגשם.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אנשים אומרים: "נגמר לו."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אבל לעץ לא נגמר.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השורשים שלו שותים 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הוא שומר כוח בפנים.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ציפור שואלת: "לא קר לך?"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העץ מחייך.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הוא יודע מה יבוא.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באביב יהיו לו עלים חדשים.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בנו יש כוח בפנים,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כשלא רואים אותו.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חשוף  |  שורשים  |  לוחשים  |  אגרוף קפוץ  |  גזע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העוברים והשבים רואים את העץ?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כעץ שנגמר לו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כעץ חזק ושמח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איפה, לפי השיר, מתרחשת "הצמיחה השקטה"?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בשורשים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בענפים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המסר של השיר?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גם כשלא רואים, משהו יכול לצמוח בפנים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עצים לא צריכים מים בחורף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העץ מתבייש כי אין לו עלים.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הציפור שואלת את העץ אם קר לו.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באביב רק העץ לא הופתע.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חשוף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מדברים בשקט מאוד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שורשים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החלק של העץ שנמצא באדמה ושותה 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לוחשים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בלי כיסוי, בלי עלים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משהו שצמח בכם "בשקט", בלי שאיש ראה – כישרון, הרגל, אומץ – ואיך גיליתם אותו.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עץ בחורף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