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עץ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"עץ בחורף"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לא כל צמיחה נראית מבחוץ; גם בתקופת "חורף" משהו בנו מתחזק.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בלי כיסוי, בלי עלים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החלק של העץ שנמצא באדמה ושותה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מדברים בשקט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יד סגורה 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החלק העבה של העץ, בין השורשים לענפים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כעץ שנגמר 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בשורשים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גם כשלא רואים, משהו יכול לצמוח בפנים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העץ "לא מתבייש".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"מסכן, נגמר לו."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🌳 עץ בחורף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עץ בחורף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העץ הוריד את העלים.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עומד בגשם.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אנשים אומרים: "נגמר לו."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לעץ לא נגמר.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השורשים שלו שותים 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שומר כוח בפנים.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ציפור שואלת: "לא קר לך?"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העץ מחייך.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יודע מה יבוא.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באביב יהיו לו עלים חדשים.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בנו יש כוח בפנים,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כשלא רואים אותו.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חשוף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כיסוי, בלי עלים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החלק של העץ שנמצא באדמה ושותה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מדברים בשקט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אגרוף קפוץ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✊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 סגורה 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🪵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החלק העבה של העץ, בין השורשים לענפים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יציצו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👀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יופיעו קצת, לאט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חשוף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החלק של העץ שנמצא באדמה ושותה מים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יד סגורה חזק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החלק העבה של העץ, בין השורשים לענפים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אגרוף קפוץ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מדברים בשקט מאוד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בלי כיסוי, בלי עלים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העוברים והשבים רואים את העץ?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כעץ חזק ושמח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כעץ שנגמר 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כעץ מלא פירות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איפה, לפי השיר, מתרחשת "הצמיחה השקטה"?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בענפים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בשורשים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בעלים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עצים לא צריכים מים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גם כשלא רואים, משהו יכול לצמוח בפנים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כדאי לכרות עצים בחורף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העץ מתבייש כי אין לו עלים.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הציפור שואלת את העץ אם קר לו.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באביב רק העץ לא הופתע.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אומרים העוברים והשבים על העץ?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משהו שצמח בכם "בשקט", בלי שאיש ראה – כישרון, הרגל, אומץ – ואיך גיליתם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עץ בחורף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