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עץ בחורף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הבנת הקטע "עץ בחורף" (שיר),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(ז׳–ט׳)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https://masa-pnima-horef.sites.tab.bot/p02.html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רעיון מרכזי: לא כל צמיחה נראית מבחוץ; גם בתקופת "חורף" משהו בנו מתחזק.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כעץ שנגמר לו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בשורשים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גם כשלא רואים, משהו יכול לצמוח בפנים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"מסכן, נגמר לו."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"לא קר לך?"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העץ "לא מתבייש".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העץ לא מת; הכוח שלו עבר פנימה, לשורשים – הוא נח ושומר על עצמו.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הדוברים משווים את עצמם לעץ: גם כשנדמה שאין בנו דבר, יש צמיחה פנימית סמויה.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 – לשורשים ניתנה פעולה אנושית – לחישה.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 – הירוק נשמר עמוק וחזק בפנים, כמו סוד ביד סגורה.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 – העץ מושווה לסבא סבלני ורגוע.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עמדה + נימוק מהשיר + דוגמה.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ו׳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תוכן אישי ורלוונטי, מבנה (פתיחה–אמצע–סיום), שימוש באמצעי ציורי אחד לפחות, לשון תקינה.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🌳 עץ בחורף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עץ בחורף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העץ שבחצר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הוריד את כל עליו.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עומד בגשם חשוף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ולא מתבייש.</w:t>
      </w:r>
    </w:p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עוברים ושבים אומרים: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"מסכן, נגמר לו."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העץ שותק,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ושורשיו לוחשים:</w:t>
      </w:r>
    </w:p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"אני לא נעלם,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אני רק נכנס פנימה.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את הירוק שלי אני שומר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כמו סוד בתוך אגרוף קפוץ."</w:t>
      </w:r>
    </w:p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הרוח מנערת את ענפיו,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הגשם שוטף את גזעו,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והוא עומד במקומו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סבלני כמו סבא.</w:t>
      </w:r>
    </w:p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ציפור קטנה נחה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על ענף חשוף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ושאלה: "לא קר לך?"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והעץ חייך בקליפתו.</w:t>
      </w:r>
    </w:p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כי לא כל צמיחה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נראית מבחוץ;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יש צמיחה שקטה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שמתרחשת בשורשים.</w:t>
      </w:r>
    </w:p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באביב יציצו בו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עלים קטנים, רכים,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וכולם יופתעו 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רק העץ ידע מזמן.</w:t>
      </w:r>
    </w:p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וגם אנחנו, לפעמים,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כשנדמה שאין בנו דבר,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יכולים להיזכר בעץ: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בנו צומח בשקט.</w:t>
      </w:r>
    </w:p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איתור והבנה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הנכונה, וענו במשפט שלם.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איך העוברים והשבים רואים את העץ?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כעץ חזק ושמח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כעץ שנגמר לו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כעץ מלא פירות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איפה, לפי השיר, מתרחשת "הצמיחה השקטה"?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בענפים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בשורשים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בעלים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המסר של השיר?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עצים לא צריכים מים בחורף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גם כשלא רואים, משהו יכול לצמוח בפנים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כדאי לכרות עצים בחורף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אומרים העוברים והשבים על העץ?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מה שואלת הציפור את העץ?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 במשבצת המתאימה. אם המשפט לא נכון – תקנו אותו בעל־פה או בשורה מתחת.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העץ מתבייש כי אין לו עלים.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הציפור שואלת את העץ אם קר לו.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באביב רק העץ לא הופתע.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בשניים–שלושה משפטים. הביאו ראיה מהקטע.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פירוש השורה "אני לא נעלם, אני רק נכנס פנימה"?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הקשר בין הבית האחרון לבין שאר השיר?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לשון ציורית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לכל ביטוי כתבו את סוג האמצעי (דימוי / מטאפורה / האנשה / ניגוד / חזרה) ומה הוא מוסיף לקטע.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הביטוי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סוג האמצעי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הוא מוסיף?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ושורשיו לוחשים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כמו סוד בתוך אגרוף קפוץ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סבלני כמו סבא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הערכה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הביעו עמדה ונמקו.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האם לדעתכם הדימוי של העץ בחורף מתאים לתיאור תקופות קשות אצל אנשים? נמקו.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ו׳ – המסע שלי פנימה ✍️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על משהו שצמח בכם "בשקט", בלי שאיש ראה – כישרון, הרגל, אומץ – ואיך גיליתם אותו.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6–10 שורות.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השתמשו לפחות בדימוי אחד או בהאנשה אחת.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אין צורך לשתף – הכתיבה שלכם.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עץ בחורף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